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בכלכלה ובניהול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היצע, ביקוש ומחיר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פיננסיים בהקשר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תוכנית מסודרת של הכנסות והוצאות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תשלום נוסף שמשלמים על הלוואה או מקבלים על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מושגים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(כמות המוצר שמוכרים מציעים למכירה)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(כמות המוצר שהצרכנים רוצים לקנות)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(מסמך שמפרט את השכר וההפרשות של העובד)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(סכום כסף שמקבלים ומתחייבים להחזיר עם ריבית)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מונופול הוא כשחברה אחת שולטת לבדה בשוק.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הבנק משלם ריבית על כסף שחוסכים.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המחירים עולים וכוח הקנייה יורד.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הסבר נכון של שני המושגים, דוגמה מתאימה, קשר ברור למחיר המוצר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היצע - מה שמוכרים מציעים, ביקוש - מה שקונים 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שמראה שהמחירים עולים וקונים פחות עם אותו 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מונופול - חברה אחת, קרטל - כמה חברות שמתאמות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מילה אחת מהמילון ולבקש מהתלמידים לנחש את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מושג לדוגמה מהחיים האישיים של התלמידים, כמו קניית בגדים או חיסכון לטלפון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במילים מהמילון בתוך המשפטים שהתלמידים כותבים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מילים ומושגים מעולם הכלכלה וניהול הכסף, כמו תקציב, ריבית, היצע וביקוש, מונופול ואינפלציה.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החלטה  ·  תקציב  ·  אמון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"תקציב"?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תוכנית מסודרת של הכנסות והוצאות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מסמך שמראה כמה הרווחת החודש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הלוואה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"ריבית"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הכסף שמקבלים כמשכורת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תשלום נוסף שמשלמים על הלוואה או מקבלים על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 שמשלמים למדינה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מושגים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סכום כסף שמקבלים ומתחייבים להחזיר עם ריבית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כמות המוצר שמוכרים מציעים למכירה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תלוש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כמות המוצר שהצרכנים רוצים לקנות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הלוואה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מסמך שמפרט את השכר וההפרשות של העובד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קנייה גדולה כדאי לחשוב היטב ולקבל __________ מושכלת.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לנהל את ההכנסות וההוצאות בצורה מסודרת בונים __________ חודשי.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בעסקאות כלכליות חשוב לבנות __________ בין הצדדים.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מונופול הוא מצב שבו הרבה חברות מתחרות על אותו שוק.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ריבית יכולה להיות גם רווח שמקבלים על חיסכון בבנק.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אינפלציה גורמת לכך שאותו סכום כסף קונה פחות מוצרים עם הזמן.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שבה אתם מסבירים להורה דמיוני את ההבדל בין היצע לביקוש, ומדוע הם משפיעים על המחיר.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היצע לביקוש?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למצב שבו אינפלציה פוגעת בכוח הקנייה שלנו.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מושגים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